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AA4A" w14:textId="0C31367F" w:rsidR="001C39A2" w:rsidRPr="00AC78BF" w:rsidRDefault="001C39A2" w:rsidP="00B85DBE">
      <w:pPr>
        <w:jc w:val="center"/>
        <w:rPr>
          <w:rFonts w:ascii="Georgia" w:hAnsi="Georgia" w:cstheme="majorHAnsi"/>
          <w:b/>
          <w:iCs/>
          <w:sz w:val="24"/>
          <w:szCs w:val="24"/>
        </w:rPr>
      </w:pPr>
      <w:r w:rsidRPr="00AC78BF">
        <w:rPr>
          <w:rFonts w:ascii="Georgia" w:hAnsi="Georgia" w:cstheme="majorHAnsi"/>
          <w:b/>
          <w:iCs/>
          <w:sz w:val="24"/>
          <w:szCs w:val="24"/>
        </w:rPr>
        <w:t>Sa</w:t>
      </w:r>
      <w:r w:rsidR="005B7813">
        <w:rPr>
          <w:rFonts w:ascii="Georgia" w:hAnsi="Georgia" w:cstheme="majorHAnsi"/>
          <w:b/>
          <w:iCs/>
          <w:sz w:val="24"/>
          <w:szCs w:val="24"/>
        </w:rPr>
        <w:t>m</w:t>
      </w:r>
      <w:r w:rsidRPr="00AC78BF">
        <w:rPr>
          <w:rFonts w:ascii="Georgia" w:hAnsi="Georgia" w:cstheme="majorHAnsi"/>
          <w:b/>
          <w:iCs/>
          <w:sz w:val="24"/>
          <w:szCs w:val="24"/>
        </w:rPr>
        <w:t xml:space="preserve"> Stinger</w:t>
      </w:r>
      <w:r w:rsidR="00B85DBE">
        <w:rPr>
          <w:rFonts w:ascii="Georgia" w:hAnsi="Georgia" w:cstheme="majorHAnsi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AC78BF">
        <w:rPr>
          <w:rFonts w:ascii="Georgia" w:hAnsi="Georgia" w:cstheme="majorHAnsi"/>
          <w:sz w:val="24"/>
          <w:szCs w:val="24"/>
        </w:rPr>
        <w:t>(607) 778-7777</w:t>
      </w:r>
      <w:r w:rsidR="00610761" w:rsidRPr="00AC78BF">
        <w:rPr>
          <w:rFonts w:ascii="Georgia" w:hAnsi="Georgia" w:cstheme="majorHAnsi"/>
          <w:sz w:val="24"/>
          <w:szCs w:val="24"/>
        </w:rPr>
        <w:t xml:space="preserve">  ▪</w:t>
      </w:r>
      <w:r w:rsidRPr="00AC78BF">
        <w:rPr>
          <w:rFonts w:ascii="Georgia" w:hAnsi="Georgia" w:cstheme="majorHAnsi"/>
          <w:sz w:val="24"/>
          <w:szCs w:val="24"/>
        </w:rPr>
        <w:t xml:space="preserve"> </w:t>
      </w:r>
      <w:r w:rsidR="00610761" w:rsidRPr="00AC78BF">
        <w:rPr>
          <w:rFonts w:ascii="Georgia" w:hAnsi="Georgia" w:cstheme="majorHAnsi"/>
          <w:sz w:val="24"/>
          <w:szCs w:val="24"/>
        </w:rPr>
        <w:t xml:space="preserve"> </w:t>
      </w:r>
      <w:r w:rsidRPr="00AC78BF">
        <w:rPr>
          <w:rFonts w:ascii="Georgia" w:hAnsi="Georgia" w:cstheme="majorHAnsi"/>
          <w:sz w:val="24"/>
          <w:szCs w:val="24"/>
        </w:rPr>
        <w:t>sstinger@gmail.com</w:t>
      </w:r>
    </w:p>
    <w:p w14:paraId="1947C194" w14:textId="77777777" w:rsidR="00805385" w:rsidRPr="00AC78BF" w:rsidRDefault="00805385" w:rsidP="00F052EB">
      <w:pPr>
        <w:rPr>
          <w:rFonts w:ascii="Georgia" w:hAnsi="Georgia" w:cstheme="majorHAnsi"/>
          <w:b/>
          <w:sz w:val="24"/>
          <w:szCs w:val="24"/>
        </w:rPr>
      </w:pPr>
    </w:p>
    <w:p w14:paraId="0FC48047" w14:textId="726B4BCC" w:rsidR="006C400C" w:rsidRPr="00FB260B" w:rsidRDefault="00B6035B" w:rsidP="00F052EB">
      <w:pPr>
        <w:rPr>
          <w:rFonts w:ascii="Georgia" w:hAnsi="Georgia" w:cstheme="majorHAnsi"/>
        </w:rPr>
      </w:pPr>
      <w:r w:rsidRPr="00FB260B">
        <w:rPr>
          <w:rFonts w:ascii="Georgia" w:hAnsi="Georgia" w:cstheme="majorHAnsi"/>
          <w:b/>
        </w:rPr>
        <w:t>Education</w:t>
      </w:r>
      <w:r w:rsidR="006C400C" w:rsidRPr="00FB260B">
        <w:rPr>
          <w:rFonts w:ascii="Georgia" w:hAnsi="Georgia" w:cstheme="majorHAnsi"/>
        </w:rPr>
        <w:t xml:space="preserve"> </w:t>
      </w:r>
    </w:p>
    <w:p w14:paraId="364567ED" w14:textId="741530B2" w:rsidR="001B30E8" w:rsidRPr="00FB260B" w:rsidRDefault="00B6035B" w:rsidP="00F052EB">
      <w:pPr>
        <w:rPr>
          <w:rFonts w:ascii="Georgia" w:hAnsi="Georgia" w:cstheme="majorHAnsi"/>
        </w:rPr>
      </w:pPr>
      <w:r w:rsidRPr="00FB260B">
        <w:rPr>
          <w:rFonts w:ascii="Georgia" w:hAnsi="Georgia" w:cstheme="majorHAnsi"/>
          <w:b/>
          <w:bCs/>
        </w:rPr>
        <w:t xml:space="preserve">SUNY Broome Community College, </w:t>
      </w:r>
      <w:r w:rsidRPr="00FB260B">
        <w:rPr>
          <w:rFonts w:ascii="Georgia" w:hAnsi="Georgia" w:cstheme="majorHAnsi"/>
        </w:rPr>
        <w:t>Binghamton, NY</w:t>
      </w:r>
      <w:r w:rsidRPr="00FB260B">
        <w:rPr>
          <w:rFonts w:ascii="Georgia" w:hAnsi="Georgia" w:cstheme="majorHAnsi"/>
          <w:b/>
          <w:bCs/>
        </w:rPr>
        <w:tab/>
      </w:r>
      <w:r w:rsidRPr="00FB260B">
        <w:rPr>
          <w:rFonts w:ascii="Georgia" w:hAnsi="Georgia" w:cstheme="majorHAnsi"/>
          <w:b/>
          <w:bCs/>
        </w:rPr>
        <w:tab/>
      </w:r>
      <w:r w:rsidR="00CD62FD" w:rsidRPr="00FB260B">
        <w:rPr>
          <w:rFonts w:ascii="Georgia" w:hAnsi="Georgia" w:cstheme="majorHAnsi"/>
          <w:b/>
          <w:bCs/>
        </w:rPr>
        <w:t xml:space="preserve">          </w:t>
      </w:r>
      <w:r w:rsidR="00285CF5" w:rsidRPr="00FB260B">
        <w:rPr>
          <w:rFonts w:ascii="Georgia" w:hAnsi="Georgia" w:cstheme="majorHAnsi"/>
          <w:b/>
          <w:bCs/>
        </w:rPr>
        <w:t xml:space="preserve">              </w:t>
      </w:r>
      <w:r w:rsidR="007D2F05" w:rsidRPr="00FB260B">
        <w:rPr>
          <w:rFonts w:ascii="Georgia" w:hAnsi="Georgia" w:cstheme="majorHAnsi"/>
          <w:b/>
          <w:bCs/>
        </w:rPr>
        <w:t xml:space="preserve">                                     </w:t>
      </w:r>
      <w:r w:rsidR="00A5467C" w:rsidRPr="00FB260B">
        <w:rPr>
          <w:rFonts w:ascii="Georgia" w:hAnsi="Georgia" w:cstheme="majorHAnsi"/>
          <w:b/>
          <w:bCs/>
        </w:rPr>
        <w:t xml:space="preserve">                     </w:t>
      </w:r>
      <w:r w:rsidRPr="00FB260B">
        <w:rPr>
          <w:rFonts w:ascii="Georgia" w:hAnsi="Georgia" w:cstheme="majorHAnsi"/>
        </w:rPr>
        <w:t xml:space="preserve">Associate of </w:t>
      </w:r>
      <w:r w:rsidR="0077218A" w:rsidRPr="00FB260B">
        <w:rPr>
          <w:rFonts w:ascii="Georgia" w:hAnsi="Georgia" w:cstheme="majorHAnsi"/>
        </w:rPr>
        <w:t xml:space="preserve">Applied </w:t>
      </w:r>
      <w:r w:rsidRPr="00FB260B">
        <w:rPr>
          <w:rFonts w:ascii="Georgia" w:hAnsi="Georgia" w:cstheme="majorHAnsi"/>
        </w:rPr>
        <w:t xml:space="preserve">Science, </w:t>
      </w:r>
      <w:r w:rsidR="00CD62FD" w:rsidRPr="00FB260B">
        <w:rPr>
          <w:rFonts w:ascii="Georgia" w:hAnsi="Georgia" w:cstheme="majorHAnsi"/>
        </w:rPr>
        <w:t>Health Information Technology</w:t>
      </w:r>
      <w:r w:rsidR="006236AB" w:rsidRPr="00FB260B">
        <w:rPr>
          <w:rFonts w:ascii="Georgia" w:hAnsi="Georgia" w:cstheme="majorHAnsi"/>
        </w:rPr>
        <w:t xml:space="preserve">                                                    Anticipated Graduation – May 2027</w:t>
      </w:r>
      <w:r w:rsidR="006236AB" w:rsidRPr="00FB260B">
        <w:rPr>
          <w:rFonts w:ascii="Georgia" w:hAnsi="Georgia" w:cstheme="majorHAnsi"/>
          <w:b/>
          <w:bCs/>
        </w:rPr>
        <w:t xml:space="preserve"> </w:t>
      </w:r>
      <w:r w:rsidR="00E36AC4" w:rsidRPr="00FB260B">
        <w:rPr>
          <w:rFonts w:ascii="Georgia" w:hAnsi="Georgia" w:cstheme="majorHAnsi"/>
        </w:rPr>
        <w:t xml:space="preserve"> </w:t>
      </w:r>
      <w:r w:rsidR="006236AB" w:rsidRPr="00FB260B">
        <w:rPr>
          <w:rFonts w:ascii="Georgia" w:hAnsi="Georgia" w:cstheme="majorHAnsi"/>
        </w:rPr>
        <w:t xml:space="preserve"> </w:t>
      </w:r>
      <w:r w:rsidR="00651EDE" w:rsidRPr="00FB260B">
        <w:rPr>
          <w:rFonts w:ascii="Georgia" w:hAnsi="Georgia" w:cstheme="majorHAnsi"/>
        </w:rPr>
        <w:t xml:space="preserve">                                                                                               </w:t>
      </w:r>
      <w:r w:rsidRPr="00FB260B">
        <w:rPr>
          <w:rFonts w:ascii="Georgia" w:hAnsi="Georgia" w:cstheme="majorHAnsi"/>
        </w:rPr>
        <w:t xml:space="preserve">Dean’s List </w:t>
      </w:r>
      <w:r w:rsidR="00651EDE" w:rsidRPr="00FB260B">
        <w:rPr>
          <w:rFonts w:ascii="Georgia" w:hAnsi="Georgia" w:cstheme="majorHAnsi"/>
        </w:rPr>
        <w:t xml:space="preserve">- </w:t>
      </w:r>
      <w:r w:rsidRPr="00FB260B">
        <w:rPr>
          <w:rFonts w:ascii="Georgia" w:hAnsi="Georgia" w:cstheme="majorHAnsi"/>
        </w:rPr>
        <w:t>Spring 202</w:t>
      </w:r>
      <w:r w:rsidR="00CD62FD" w:rsidRPr="00FB260B">
        <w:rPr>
          <w:rFonts w:ascii="Georgia" w:hAnsi="Georgia" w:cstheme="majorHAnsi"/>
        </w:rPr>
        <w:t>5</w:t>
      </w:r>
      <w:r w:rsidR="00651EDE" w:rsidRPr="00FB260B">
        <w:rPr>
          <w:rFonts w:ascii="Georgia" w:hAnsi="Georgia" w:cstheme="majorHAnsi"/>
        </w:rPr>
        <w:t xml:space="preserve"> and Fall 2026 </w:t>
      </w:r>
      <w:r w:rsidRPr="00FB260B">
        <w:rPr>
          <w:rFonts w:ascii="Georgia" w:hAnsi="Georgia" w:cstheme="majorHAnsi"/>
        </w:rPr>
        <w:br/>
        <w:t>3.</w:t>
      </w:r>
      <w:r w:rsidR="00452E26" w:rsidRPr="00FB260B">
        <w:rPr>
          <w:rFonts w:ascii="Georgia" w:hAnsi="Georgia" w:cstheme="majorHAnsi"/>
        </w:rPr>
        <w:t>2</w:t>
      </w:r>
      <w:r w:rsidRPr="00FB260B">
        <w:rPr>
          <w:rFonts w:ascii="Georgia" w:hAnsi="Georgia" w:cstheme="majorHAnsi"/>
        </w:rPr>
        <w:t xml:space="preserve"> GP</w:t>
      </w:r>
      <w:r w:rsidR="00E84F68" w:rsidRPr="00FB260B">
        <w:rPr>
          <w:rFonts w:ascii="Georgia" w:hAnsi="Georgia" w:cstheme="majorHAnsi"/>
        </w:rPr>
        <w:t>A</w:t>
      </w:r>
    </w:p>
    <w:p w14:paraId="6AC36717" w14:textId="5DD9E01F" w:rsidR="00462515" w:rsidRPr="00FB260B" w:rsidRDefault="00B674C6" w:rsidP="00F052EB">
      <w:pPr>
        <w:rPr>
          <w:rFonts w:ascii="Georgia" w:hAnsi="Georgia" w:cstheme="majorHAnsi"/>
          <w:b/>
          <w:bCs/>
          <w:color w:val="000000" w:themeColor="text1"/>
        </w:rPr>
      </w:pPr>
      <w:r w:rsidRPr="00FB260B">
        <w:rPr>
          <w:rFonts w:ascii="Georgia" w:hAnsi="Georgia" w:cstheme="majorHAnsi"/>
          <w:b/>
          <w:bCs/>
        </w:rPr>
        <w:t>Hea</w:t>
      </w:r>
      <w:r w:rsidR="00993C1A" w:rsidRPr="00FB260B">
        <w:rPr>
          <w:rFonts w:ascii="Georgia" w:hAnsi="Georgia" w:cstheme="majorHAnsi"/>
          <w:b/>
          <w:bCs/>
        </w:rPr>
        <w:t xml:space="preserve">lth Information Technology </w:t>
      </w:r>
      <w:r w:rsidRPr="00FB260B">
        <w:rPr>
          <w:rFonts w:ascii="Georgia" w:hAnsi="Georgia" w:cstheme="majorHAnsi"/>
          <w:b/>
          <w:bCs/>
        </w:rPr>
        <w:t xml:space="preserve"> Microcredentials</w:t>
      </w:r>
      <w:r w:rsidR="00535E24" w:rsidRPr="00FB260B">
        <w:rPr>
          <w:rFonts w:ascii="Georgia" w:hAnsi="Georgia" w:cstheme="majorHAnsi"/>
          <w:b/>
          <w:bCs/>
        </w:rPr>
        <w:t>, Memberships</w:t>
      </w:r>
      <w:r w:rsidR="00993C1A" w:rsidRPr="00FB260B">
        <w:rPr>
          <w:rFonts w:ascii="Georgia" w:hAnsi="Georgia" w:cstheme="majorHAnsi"/>
          <w:b/>
          <w:bCs/>
        </w:rPr>
        <w:t xml:space="preserve">, and Certifications </w:t>
      </w:r>
      <w:r w:rsidR="00535E24" w:rsidRPr="00FB260B">
        <w:rPr>
          <w:rFonts w:ascii="Georgia" w:hAnsi="Georgia" w:cstheme="majorHAnsi"/>
          <w:b/>
          <w:bCs/>
        </w:rPr>
        <w:t xml:space="preserve"> </w:t>
      </w:r>
      <w:r w:rsidRPr="00FB260B">
        <w:rPr>
          <w:rFonts w:ascii="Georgia" w:hAnsi="Georgia" w:cstheme="majorHAnsi"/>
          <w:b/>
          <w:bCs/>
          <w:color w:val="000000" w:themeColor="text1"/>
        </w:rPr>
        <w:t xml:space="preserve">   </w:t>
      </w:r>
    </w:p>
    <w:p w14:paraId="1586E582" w14:textId="5E258D8B" w:rsidR="00B674C6" w:rsidRPr="002407E8" w:rsidRDefault="00462515" w:rsidP="00F052EB">
      <w:pPr>
        <w:pStyle w:val="ListParagraph"/>
        <w:numPr>
          <w:ilvl w:val="0"/>
          <w:numId w:val="20"/>
        </w:numPr>
        <w:spacing w:after="0" w:line="240" w:lineRule="auto"/>
        <w:rPr>
          <w:rFonts w:ascii="Georgia" w:hAnsi="Georgia" w:cstheme="majorHAnsi"/>
        </w:rPr>
      </w:pPr>
      <w:r w:rsidRPr="002407E8">
        <w:rPr>
          <w:rFonts w:ascii="Georgia" w:hAnsi="Georgia" w:cstheme="majorHAnsi"/>
          <w:shd w:val="clear" w:color="auto" w:fill="FFFFFF"/>
        </w:rPr>
        <w:t>Registered Health Information Technician (RHIT) – eligible</w:t>
      </w:r>
      <w:r w:rsidR="00B674C6" w:rsidRPr="002407E8">
        <w:rPr>
          <w:rFonts w:ascii="Georgia" w:hAnsi="Georgia" w:cstheme="majorHAnsi"/>
          <w:b/>
          <w:bCs/>
          <w:color w:val="000000" w:themeColor="text1"/>
        </w:rPr>
        <w:t xml:space="preserve">                                     </w:t>
      </w:r>
    </w:p>
    <w:p w14:paraId="731F5FD9" w14:textId="6B6F1896" w:rsidR="00B674C6" w:rsidRPr="002407E8" w:rsidRDefault="00B674C6" w:rsidP="00B674C6">
      <w:pPr>
        <w:pStyle w:val="ListParagraph"/>
        <w:numPr>
          <w:ilvl w:val="0"/>
          <w:numId w:val="20"/>
        </w:numPr>
        <w:spacing w:after="0" w:line="240" w:lineRule="auto"/>
        <w:rPr>
          <w:rFonts w:ascii="Georgia" w:hAnsi="Georgia" w:cstheme="majorHAnsi"/>
        </w:rPr>
      </w:pPr>
      <w:r w:rsidRPr="002407E8">
        <w:rPr>
          <w:rFonts w:ascii="Georgia" w:eastAsia="Times New Roman" w:hAnsi="Georgia" w:cstheme="majorHAnsi"/>
          <w:spacing w:val="4"/>
        </w:rPr>
        <w:t>Medical Coding 1 and EHR Basics</w:t>
      </w:r>
      <w:r w:rsidR="001374D6" w:rsidRPr="002407E8">
        <w:rPr>
          <w:rFonts w:ascii="Georgia" w:eastAsia="Times New Roman" w:hAnsi="Georgia" w:cstheme="majorHAnsi"/>
          <w:spacing w:val="4"/>
        </w:rPr>
        <w:t xml:space="preserve"> </w:t>
      </w:r>
      <w:proofErr w:type="spellStart"/>
      <w:r w:rsidR="001374D6" w:rsidRPr="002407E8">
        <w:rPr>
          <w:rFonts w:ascii="Georgia" w:eastAsia="Times New Roman" w:hAnsi="Georgia" w:cstheme="majorHAnsi"/>
          <w:spacing w:val="4"/>
        </w:rPr>
        <w:t>Microcredential</w:t>
      </w:r>
      <w:proofErr w:type="spellEnd"/>
      <w:r w:rsidR="001374D6" w:rsidRPr="002407E8">
        <w:rPr>
          <w:rFonts w:ascii="Georgia" w:eastAsia="Times New Roman" w:hAnsi="Georgia" w:cstheme="majorHAnsi"/>
          <w:spacing w:val="4"/>
        </w:rPr>
        <w:t xml:space="preserve"> </w:t>
      </w:r>
    </w:p>
    <w:p w14:paraId="15AD0DCF" w14:textId="27F4E596" w:rsidR="00B674C6" w:rsidRPr="002407E8" w:rsidRDefault="00B674C6" w:rsidP="00B674C6">
      <w:pPr>
        <w:pStyle w:val="ListParagraph"/>
        <w:numPr>
          <w:ilvl w:val="0"/>
          <w:numId w:val="20"/>
        </w:numPr>
        <w:spacing w:after="0" w:line="240" w:lineRule="auto"/>
        <w:rPr>
          <w:rFonts w:ascii="Georgia" w:hAnsi="Georgia" w:cstheme="majorHAnsi"/>
        </w:rPr>
      </w:pPr>
      <w:r w:rsidRPr="002407E8">
        <w:rPr>
          <w:rFonts w:ascii="Georgia" w:eastAsia="Times New Roman" w:hAnsi="Georgia" w:cstheme="majorHAnsi"/>
          <w:spacing w:val="4"/>
        </w:rPr>
        <w:t>Medical Coding 2 and Documentation Standards</w:t>
      </w:r>
      <w:r w:rsidR="001374D6" w:rsidRPr="002407E8">
        <w:rPr>
          <w:rFonts w:ascii="Georgia" w:eastAsia="Times New Roman" w:hAnsi="Georgia" w:cstheme="majorHAnsi"/>
          <w:spacing w:val="4"/>
        </w:rPr>
        <w:t xml:space="preserve"> </w:t>
      </w:r>
      <w:proofErr w:type="spellStart"/>
      <w:r w:rsidR="001374D6" w:rsidRPr="002407E8">
        <w:rPr>
          <w:rFonts w:ascii="Georgia" w:eastAsia="Times New Roman" w:hAnsi="Georgia" w:cstheme="majorHAnsi"/>
          <w:spacing w:val="4"/>
        </w:rPr>
        <w:t>Microcredential</w:t>
      </w:r>
      <w:proofErr w:type="spellEnd"/>
      <w:r w:rsidR="001374D6" w:rsidRPr="002407E8">
        <w:rPr>
          <w:rFonts w:ascii="Georgia" w:eastAsia="Times New Roman" w:hAnsi="Georgia" w:cstheme="majorHAnsi"/>
          <w:spacing w:val="4"/>
        </w:rPr>
        <w:t xml:space="preserve"> </w:t>
      </w:r>
    </w:p>
    <w:p w14:paraId="2C85C59A" w14:textId="1308A70D" w:rsidR="001932D0" w:rsidRPr="002407E8" w:rsidRDefault="001932D0" w:rsidP="00B674C6">
      <w:pPr>
        <w:pStyle w:val="ListParagraph"/>
        <w:numPr>
          <w:ilvl w:val="0"/>
          <w:numId w:val="20"/>
        </w:numPr>
        <w:spacing w:after="0" w:line="240" w:lineRule="auto"/>
        <w:rPr>
          <w:rFonts w:ascii="Georgia" w:hAnsi="Georgia" w:cstheme="majorHAnsi"/>
        </w:rPr>
      </w:pPr>
      <w:r w:rsidRPr="002407E8">
        <w:rPr>
          <w:rFonts w:ascii="Georgia" w:eastAsia="Times New Roman" w:hAnsi="Georgia" w:cstheme="majorHAnsi"/>
          <w:spacing w:val="4"/>
        </w:rPr>
        <w:t>AHMA Student Membership</w:t>
      </w:r>
    </w:p>
    <w:p w14:paraId="4DFD5FE2" w14:textId="77777777" w:rsidR="00B67D54" w:rsidRPr="00FB260B" w:rsidRDefault="00B67D54" w:rsidP="00B67D54">
      <w:pPr>
        <w:spacing w:after="0" w:line="240" w:lineRule="auto"/>
        <w:ind w:left="360"/>
        <w:rPr>
          <w:rFonts w:ascii="Georgia" w:hAnsi="Georgia" w:cstheme="majorHAnsi"/>
        </w:rPr>
      </w:pPr>
    </w:p>
    <w:p w14:paraId="15F35338" w14:textId="58467A9A" w:rsidR="00535E24" w:rsidRPr="00FB260B" w:rsidRDefault="00535E24" w:rsidP="001932D0">
      <w:pPr>
        <w:pStyle w:val="ListParagraph"/>
        <w:spacing w:after="0" w:line="240" w:lineRule="auto"/>
        <w:rPr>
          <w:rFonts w:ascii="Georgia" w:hAnsi="Georgia" w:cstheme="majorHAnsi"/>
        </w:rPr>
      </w:pPr>
    </w:p>
    <w:p w14:paraId="33523833" w14:textId="77777777" w:rsidR="004E1E53" w:rsidRPr="00FB260B" w:rsidRDefault="00535E24">
      <w:pPr>
        <w:rPr>
          <w:rFonts w:ascii="Georgia" w:hAnsi="Georgia" w:cstheme="majorHAnsi"/>
          <w:b/>
        </w:rPr>
      </w:pPr>
      <w:r w:rsidRPr="00FB260B">
        <w:rPr>
          <w:rFonts w:ascii="Georgia" w:hAnsi="Georgia" w:cstheme="majorHAnsi"/>
          <w:b/>
        </w:rPr>
        <w:t>Skills</w:t>
      </w:r>
      <w:r w:rsidR="002F7157" w:rsidRPr="00FB260B">
        <w:rPr>
          <w:rFonts w:ascii="Georgia" w:hAnsi="Georgia" w:cstheme="majorHAnsi"/>
          <w:b/>
        </w:rPr>
        <w:t xml:space="preserve"> </w:t>
      </w:r>
    </w:p>
    <w:p w14:paraId="664E6A89" w14:textId="37C2555F" w:rsidR="004E1E53" w:rsidRPr="00FB260B" w:rsidRDefault="00274F30" w:rsidP="00274F30">
      <w:pPr>
        <w:pStyle w:val="ListParagraph"/>
        <w:numPr>
          <w:ilvl w:val="0"/>
          <w:numId w:val="36"/>
        </w:numPr>
        <w:rPr>
          <w:rFonts w:ascii="Georgia" w:hAnsi="Georgia" w:cstheme="majorHAnsi"/>
          <w:bCs/>
        </w:rPr>
      </w:pPr>
      <w:r w:rsidRPr="00FB260B">
        <w:rPr>
          <w:rFonts w:ascii="Georgia" w:hAnsi="Georgia" w:cstheme="majorHAnsi"/>
          <w:bCs/>
        </w:rPr>
        <w:t>ICD-10-CM, ICD-10-PCS, HCPCS and CPT Coding</w:t>
      </w:r>
    </w:p>
    <w:p w14:paraId="6959F4D7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/>
        </w:rPr>
      </w:pPr>
      <w:r w:rsidRPr="00FB260B">
        <w:rPr>
          <w:rFonts w:ascii="Georgia" w:hAnsi="Georgia"/>
          <w:color w:val="000000"/>
          <w:shd w:val="clear" w:color="auto" w:fill="FFFFFF"/>
        </w:rPr>
        <w:t>Physician Query Development</w:t>
      </w:r>
    </w:p>
    <w:p w14:paraId="3B12CB99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 w:cstheme="majorHAnsi"/>
          <w:bCs/>
        </w:rPr>
        <w:t>HIPAA and Regulatory Compliance</w:t>
      </w:r>
    </w:p>
    <w:p w14:paraId="5B199136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 w:cstheme="majorHAnsi"/>
          <w:bCs/>
        </w:rPr>
        <w:t xml:space="preserve">Proficient in Microsoft Office 365 </w:t>
      </w:r>
    </w:p>
    <w:p w14:paraId="7EE49C48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/>
        </w:rPr>
        <w:t xml:space="preserve">Effective </w:t>
      </w:r>
      <w:proofErr w:type="gramStart"/>
      <w:r w:rsidRPr="00FB260B">
        <w:rPr>
          <w:rFonts w:ascii="Georgia" w:hAnsi="Georgia"/>
        </w:rPr>
        <w:t>problem solving</w:t>
      </w:r>
      <w:proofErr w:type="gramEnd"/>
      <w:r w:rsidRPr="00FB260B">
        <w:rPr>
          <w:rFonts w:ascii="Georgia" w:hAnsi="Georgia"/>
        </w:rPr>
        <w:t xml:space="preserve"> skills </w:t>
      </w:r>
      <w:r w:rsidRPr="00FB260B">
        <w:rPr>
          <w:rFonts w:ascii="Georgia" w:hAnsi="Georgia" w:cstheme="majorHAnsi"/>
          <w:bCs/>
        </w:rPr>
        <w:t xml:space="preserve">     </w:t>
      </w:r>
    </w:p>
    <w:p w14:paraId="234C63EE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 w:cstheme="majorHAnsi"/>
          <w:bCs/>
        </w:rPr>
        <w:t>Calendar management; ability to meet firm deadlines</w:t>
      </w:r>
    </w:p>
    <w:p w14:paraId="44A258FC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/>
        </w:rPr>
      </w:pPr>
      <w:r w:rsidRPr="00FB260B">
        <w:rPr>
          <w:rFonts w:ascii="Georgia" w:hAnsi="Georgia"/>
        </w:rPr>
        <w:t xml:space="preserve">Ability to work independently      </w:t>
      </w:r>
    </w:p>
    <w:p w14:paraId="233C85E1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 w:cstheme="majorHAnsi"/>
          <w:bCs/>
        </w:rPr>
        <w:t xml:space="preserve">Experience utilizing 3M Encoder and Code books  </w:t>
      </w:r>
    </w:p>
    <w:p w14:paraId="63E8C368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/>
          <w:color w:val="000000"/>
          <w:shd w:val="clear" w:color="auto" w:fill="FFFFFF"/>
        </w:rPr>
      </w:pPr>
      <w:r w:rsidRPr="00FB260B">
        <w:rPr>
          <w:rFonts w:ascii="Georgia" w:hAnsi="Georgia"/>
          <w:color w:val="000000"/>
          <w:shd w:val="clear" w:color="auto" w:fill="FFFFFF"/>
        </w:rPr>
        <w:t xml:space="preserve">Chart Review &amp; Abstraction      </w:t>
      </w:r>
    </w:p>
    <w:p w14:paraId="739D4F3C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hAnsi="Georgia"/>
        </w:rPr>
        <w:t xml:space="preserve">Prioritize tasks to meet project due dates </w:t>
      </w:r>
      <w:r w:rsidRPr="00FB260B">
        <w:rPr>
          <w:rFonts w:ascii="Georgia" w:hAnsi="Georgia" w:cstheme="majorHAnsi"/>
          <w:bCs/>
        </w:rPr>
        <w:t xml:space="preserve">   </w:t>
      </w:r>
    </w:p>
    <w:p w14:paraId="74F5A48F" w14:textId="77777777" w:rsidR="004E1E53" w:rsidRPr="00FB260B" w:rsidRDefault="004E1E53" w:rsidP="004E1E53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eastAsia="Times New Roman" w:hAnsi="Georgia" w:cs="Arial"/>
          <w:color w:val="222222"/>
        </w:rPr>
        <w:t>Experienced in virtual environments</w:t>
      </w:r>
      <w:r w:rsidRPr="00FB260B">
        <w:rPr>
          <w:rFonts w:ascii="Georgia" w:hAnsi="Georgia"/>
        </w:rPr>
        <w:t xml:space="preserve"> </w:t>
      </w:r>
      <w:r w:rsidRPr="00FB260B">
        <w:rPr>
          <w:rFonts w:ascii="Georgia" w:hAnsi="Georgia" w:cstheme="majorHAnsi"/>
          <w:bCs/>
        </w:rPr>
        <w:t xml:space="preserve">       </w:t>
      </w:r>
    </w:p>
    <w:p w14:paraId="60CA81B8" w14:textId="770EE954" w:rsidR="001B30E8" w:rsidRPr="00FB260B" w:rsidRDefault="004E1E53" w:rsidP="00E54F68">
      <w:pPr>
        <w:pStyle w:val="ListParagraph"/>
        <w:numPr>
          <w:ilvl w:val="0"/>
          <w:numId w:val="35"/>
        </w:numPr>
        <w:rPr>
          <w:rFonts w:ascii="Georgia" w:hAnsi="Georgia" w:cstheme="majorHAnsi"/>
          <w:bCs/>
        </w:rPr>
      </w:pPr>
      <w:r w:rsidRPr="00FB260B">
        <w:rPr>
          <w:rFonts w:ascii="Georgia" w:eastAsia="Times New Roman" w:hAnsi="Georgia" w:cs="Arial"/>
          <w:color w:val="222222"/>
        </w:rPr>
        <w:t>Proficiency in managing remote workload</w:t>
      </w:r>
    </w:p>
    <w:p w14:paraId="040CA4A6" w14:textId="77777777" w:rsidR="00E86FA7" w:rsidRPr="00FB260B" w:rsidRDefault="00E86FA7" w:rsidP="00E54F68">
      <w:pPr>
        <w:rPr>
          <w:rFonts w:ascii="Georgia" w:hAnsi="Georgia" w:cstheme="majorHAnsi"/>
          <w:b/>
        </w:rPr>
      </w:pPr>
    </w:p>
    <w:p w14:paraId="010C4B81" w14:textId="294981FE" w:rsidR="00210361" w:rsidRPr="00FB260B" w:rsidRDefault="00B674C6" w:rsidP="00E54F68">
      <w:pPr>
        <w:rPr>
          <w:rFonts w:ascii="Georgia" w:hAnsi="Georgia" w:cstheme="majorHAnsi"/>
          <w:b/>
        </w:rPr>
      </w:pPr>
      <w:r w:rsidRPr="00FB260B">
        <w:rPr>
          <w:rFonts w:ascii="Georgia" w:hAnsi="Georgia" w:cstheme="majorHAnsi"/>
          <w:b/>
        </w:rPr>
        <w:t xml:space="preserve">Healthcare Experience </w:t>
      </w:r>
    </w:p>
    <w:p w14:paraId="1CCF0000" w14:textId="41564BB7" w:rsidR="00E54F68" w:rsidRPr="00FB260B" w:rsidRDefault="00B6035B" w:rsidP="00E54F68">
      <w:pPr>
        <w:rPr>
          <w:rFonts w:ascii="Georgia" w:hAnsi="Georgia" w:cstheme="majorHAnsi"/>
        </w:rPr>
      </w:pPr>
      <w:r w:rsidRPr="00FB260B">
        <w:rPr>
          <w:rFonts w:ascii="Georgia" w:hAnsi="Georgia" w:cstheme="majorHAnsi"/>
          <w:b/>
          <w:bCs/>
        </w:rPr>
        <w:t>UHS</w:t>
      </w:r>
      <w:r w:rsidRPr="00FB260B">
        <w:rPr>
          <w:rFonts w:ascii="Georgia" w:hAnsi="Georgia" w:cstheme="majorHAnsi"/>
        </w:rPr>
        <w:t>, Binghamton, NY</w:t>
      </w:r>
      <w:r w:rsidRPr="00FB260B">
        <w:rPr>
          <w:rFonts w:ascii="Georgia" w:hAnsi="Georgia" w:cstheme="majorHAnsi"/>
        </w:rPr>
        <w:tab/>
      </w:r>
      <w:r w:rsidRPr="00FB260B">
        <w:rPr>
          <w:rFonts w:ascii="Georgia" w:hAnsi="Georgia" w:cstheme="majorHAnsi"/>
        </w:rPr>
        <w:tab/>
      </w:r>
      <w:r w:rsidR="00E36AC4" w:rsidRPr="00FB260B">
        <w:rPr>
          <w:rFonts w:ascii="Georgia" w:hAnsi="Georgia" w:cstheme="majorHAnsi"/>
        </w:rPr>
        <w:t xml:space="preserve">                </w:t>
      </w:r>
      <w:r w:rsidR="00E36AC4" w:rsidRPr="00FB260B">
        <w:rPr>
          <w:rFonts w:ascii="Georgia" w:hAnsi="Georgia" w:cstheme="majorHAnsi"/>
        </w:rPr>
        <w:tab/>
      </w:r>
      <w:r w:rsidR="00E36AC4" w:rsidRPr="00FB260B">
        <w:rPr>
          <w:rFonts w:ascii="Georgia" w:hAnsi="Georgia" w:cstheme="majorHAnsi"/>
        </w:rPr>
        <w:tab/>
        <w:t xml:space="preserve">        </w:t>
      </w:r>
      <w:r w:rsidR="00381814" w:rsidRPr="00FB260B">
        <w:rPr>
          <w:rFonts w:ascii="Georgia" w:hAnsi="Georgia" w:cstheme="majorHAnsi"/>
        </w:rPr>
        <w:t xml:space="preserve">                        </w:t>
      </w:r>
      <w:r w:rsidR="00224FD0" w:rsidRPr="00FB260B">
        <w:rPr>
          <w:rFonts w:ascii="Georgia" w:hAnsi="Georgia" w:cstheme="majorHAnsi"/>
        </w:rPr>
        <w:t xml:space="preserve">     </w:t>
      </w:r>
      <w:r w:rsidR="001C392C" w:rsidRPr="00FB260B">
        <w:rPr>
          <w:rFonts w:ascii="Georgia" w:hAnsi="Georgia" w:cstheme="majorHAnsi"/>
        </w:rPr>
        <w:t xml:space="preserve">                                        </w:t>
      </w:r>
      <w:r w:rsidR="00F63E9F" w:rsidRPr="00FB260B">
        <w:rPr>
          <w:rFonts w:ascii="Georgia" w:hAnsi="Georgia" w:cstheme="majorHAnsi"/>
        </w:rPr>
        <w:t>Medical Records System Clerk</w:t>
      </w:r>
      <w:r w:rsidR="00E54F68" w:rsidRPr="00FB260B">
        <w:rPr>
          <w:rFonts w:ascii="Georgia" w:hAnsi="Georgia" w:cstheme="majorHAnsi"/>
        </w:rPr>
        <w:t xml:space="preserve"> </w:t>
      </w:r>
      <w:r w:rsidR="00452E26" w:rsidRPr="00FB260B">
        <w:rPr>
          <w:rFonts w:ascii="Georgia" w:hAnsi="Georgia" w:cstheme="majorHAnsi"/>
        </w:rPr>
        <w:tab/>
      </w:r>
      <w:r w:rsidR="00452E26" w:rsidRPr="00FB260B">
        <w:rPr>
          <w:rFonts w:ascii="Georgia" w:hAnsi="Georgia" w:cstheme="majorHAnsi"/>
        </w:rPr>
        <w:tab/>
      </w:r>
      <w:r w:rsidR="00452E26" w:rsidRPr="00FB260B">
        <w:rPr>
          <w:rFonts w:ascii="Georgia" w:hAnsi="Georgia" w:cstheme="majorHAnsi"/>
        </w:rPr>
        <w:tab/>
      </w:r>
      <w:r w:rsidR="00452E26" w:rsidRPr="00FB260B">
        <w:rPr>
          <w:rFonts w:ascii="Georgia" w:hAnsi="Georgia" w:cstheme="majorHAnsi"/>
        </w:rPr>
        <w:tab/>
      </w:r>
      <w:r w:rsidR="00452E26" w:rsidRPr="00FB260B">
        <w:rPr>
          <w:rFonts w:ascii="Georgia" w:hAnsi="Georgia" w:cstheme="majorHAnsi"/>
        </w:rPr>
        <w:tab/>
      </w:r>
      <w:r w:rsidR="00452E26" w:rsidRPr="00FB260B">
        <w:rPr>
          <w:rFonts w:ascii="Georgia" w:hAnsi="Georgia" w:cstheme="majorHAnsi"/>
        </w:rPr>
        <w:tab/>
        <w:t xml:space="preserve">   June 2025 - Present                                                     </w:t>
      </w:r>
    </w:p>
    <w:p w14:paraId="32413BCB" w14:textId="166E23E7" w:rsidR="00381814" w:rsidRPr="00FB260B" w:rsidRDefault="005F39EC" w:rsidP="00E54F68">
      <w:pPr>
        <w:pStyle w:val="ListParagraph"/>
        <w:numPr>
          <w:ilvl w:val="0"/>
          <w:numId w:val="31"/>
        </w:numPr>
        <w:rPr>
          <w:rFonts w:ascii="Georgia" w:hAnsi="Georgia" w:cstheme="majorHAnsi"/>
        </w:rPr>
      </w:pPr>
      <w:r w:rsidRPr="00FB260B">
        <w:rPr>
          <w:rFonts w:ascii="Georgia" w:eastAsia="Times New Roman" w:hAnsi="Georgia" w:cstheme="majorHAnsi"/>
          <w:color w:val="232323"/>
          <w:spacing w:val="4"/>
        </w:rPr>
        <w:t>Protect patient privacy and provide information security</w:t>
      </w:r>
    </w:p>
    <w:p w14:paraId="34704FE4" w14:textId="77777777" w:rsidR="00381814" w:rsidRPr="00FB260B" w:rsidRDefault="00F63E9F" w:rsidP="00381814">
      <w:pPr>
        <w:pStyle w:val="ListParagraph"/>
        <w:numPr>
          <w:ilvl w:val="0"/>
          <w:numId w:val="29"/>
        </w:numPr>
        <w:rPr>
          <w:rFonts w:ascii="Georgia" w:hAnsi="Georgia" w:cstheme="majorHAnsi"/>
        </w:rPr>
      </w:pPr>
      <w:r w:rsidRPr="00FB260B">
        <w:rPr>
          <w:rFonts w:ascii="Georgia" w:hAnsi="Georgia" w:cstheme="majorHAnsi"/>
        </w:rPr>
        <w:t>Organize and scan medical records, maintain electronic documentation under HIPAA standards</w:t>
      </w:r>
    </w:p>
    <w:p w14:paraId="68AB292A" w14:textId="77777777" w:rsidR="00381814" w:rsidRPr="00FB260B" w:rsidRDefault="00F63E9F" w:rsidP="00381814">
      <w:pPr>
        <w:pStyle w:val="ListParagraph"/>
        <w:numPr>
          <w:ilvl w:val="0"/>
          <w:numId w:val="29"/>
        </w:numPr>
        <w:rPr>
          <w:rFonts w:ascii="Georgia" w:hAnsi="Georgia" w:cstheme="majorHAnsi"/>
        </w:rPr>
      </w:pPr>
      <w:r w:rsidRPr="00FB260B">
        <w:rPr>
          <w:rFonts w:ascii="Georgia" w:hAnsi="Georgia" w:cstheme="majorHAnsi"/>
        </w:rPr>
        <w:t>Perform quality checks and assist with chart completion</w:t>
      </w:r>
    </w:p>
    <w:p w14:paraId="5F2C7520" w14:textId="73BA4F71" w:rsidR="005E5589" w:rsidRPr="00FB260B" w:rsidRDefault="00F63E9F" w:rsidP="005E5589">
      <w:pPr>
        <w:pStyle w:val="ListParagraph"/>
        <w:numPr>
          <w:ilvl w:val="0"/>
          <w:numId w:val="29"/>
        </w:numPr>
        <w:rPr>
          <w:rFonts w:ascii="Georgia" w:hAnsi="Georgia" w:cstheme="majorHAnsi"/>
        </w:rPr>
      </w:pPr>
      <w:r w:rsidRPr="00FB260B">
        <w:rPr>
          <w:rFonts w:ascii="Georgia" w:hAnsi="Georgia" w:cstheme="majorHAnsi"/>
        </w:rPr>
        <w:t>Scan and index paper records into electronic systems</w:t>
      </w:r>
    </w:p>
    <w:p w14:paraId="57326A31" w14:textId="5A344A02" w:rsidR="001B30E8" w:rsidRPr="00F53436" w:rsidRDefault="00B6678A" w:rsidP="00105CB6">
      <w:pPr>
        <w:rPr>
          <w:rFonts w:ascii="Georgia" w:hAnsi="Georgia" w:cstheme="majorHAnsi"/>
          <w:b/>
        </w:rPr>
      </w:pPr>
      <w:r w:rsidRPr="00F53436">
        <w:rPr>
          <w:rFonts w:ascii="Georgia" w:hAnsi="Georgia" w:cstheme="majorHAnsi"/>
          <w:b/>
        </w:rPr>
        <w:lastRenderedPageBreak/>
        <w:t>Additional Work Experience</w:t>
      </w:r>
    </w:p>
    <w:p w14:paraId="104E9A78" w14:textId="002E22A2" w:rsidR="00C34B19" w:rsidRPr="00F53436" w:rsidRDefault="00C34B19" w:rsidP="00C34B19">
      <w:pPr>
        <w:rPr>
          <w:rFonts w:ascii="Georgia" w:hAnsi="Georgia" w:cstheme="majorHAnsi"/>
          <w:b/>
        </w:rPr>
      </w:pPr>
      <w:r w:rsidRPr="00F53436">
        <w:rPr>
          <w:rFonts w:ascii="Georgia" w:hAnsi="Georgia" w:cstheme="majorHAnsi"/>
          <w:b/>
        </w:rPr>
        <w:t>Wegmans</w:t>
      </w:r>
      <w:r w:rsidRPr="00F53436">
        <w:rPr>
          <w:rFonts w:ascii="Georgia" w:hAnsi="Georgia" w:cstheme="majorHAnsi"/>
          <w:bCs/>
        </w:rPr>
        <w:t xml:space="preserve">, Johnson City, NY </w:t>
      </w:r>
      <w:r w:rsidR="00D3619A" w:rsidRPr="00F53436">
        <w:rPr>
          <w:rFonts w:ascii="Georgia" w:hAnsi="Georgia" w:cstheme="majorHAnsi"/>
          <w:bCs/>
        </w:rPr>
        <w:t xml:space="preserve">                                         </w:t>
      </w:r>
      <w:r w:rsidR="007D2F05" w:rsidRPr="00F53436">
        <w:rPr>
          <w:rFonts w:ascii="Georgia" w:hAnsi="Georgia" w:cstheme="majorHAnsi"/>
          <w:bCs/>
        </w:rPr>
        <w:t xml:space="preserve">                                         </w:t>
      </w:r>
      <w:r w:rsidR="00D3619A" w:rsidRPr="00F53436">
        <w:rPr>
          <w:rFonts w:ascii="Georgia" w:hAnsi="Georgia" w:cstheme="majorHAnsi"/>
          <w:bCs/>
        </w:rPr>
        <w:t xml:space="preserve"> </w:t>
      </w:r>
      <w:r w:rsidR="00381814" w:rsidRPr="00F53436">
        <w:rPr>
          <w:rFonts w:ascii="Georgia" w:hAnsi="Georgia" w:cstheme="majorHAnsi"/>
          <w:bCs/>
        </w:rPr>
        <w:t xml:space="preserve">                    </w:t>
      </w:r>
      <w:r w:rsidR="00F052EB" w:rsidRPr="00F53436">
        <w:rPr>
          <w:rFonts w:ascii="Georgia" w:hAnsi="Georgia" w:cstheme="majorHAnsi"/>
          <w:bCs/>
        </w:rPr>
        <w:t xml:space="preserve">     </w:t>
      </w:r>
      <w:r w:rsidRPr="00F53436">
        <w:rPr>
          <w:rFonts w:ascii="Georgia" w:hAnsi="Georgia" w:cstheme="majorHAnsi"/>
          <w:bCs/>
        </w:rPr>
        <w:t xml:space="preserve">Produce </w:t>
      </w:r>
      <w:r w:rsidR="0084407E" w:rsidRPr="00F53436">
        <w:rPr>
          <w:rFonts w:ascii="Georgia" w:hAnsi="Georgia" w:cstheme="majorHAnsi"/>
          <w:bCs/>
        </w:rPr>
        <w:t xml:space="preserve">Supervisor </w:t>
      </w:r>
      <w:r w:rsidRPr="00F53436">
        <w:rPr>
          <w:rFonts w:ascii="Georgia" w:hAnsi="Georgia" w:cstheme="majorHAnsi"/>
          <w:bCs/>
        </w:rPr>
        <w:t xml:space="preserve"> </w:t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</w:r>
      <w:r w:rsidR="002C2716" w:rsidRPr="00F53436">
        <w:rPr>
          <w:rFonts w:ascii="Georgia" w:hAnsi="Georgia" w:cstheme="majorHAnsi"/>
          <w:bCs/>
        </w:rPr>
        <w:tab/>
        <w:t>November 202</w:t>
      </w:r>
      <w:r w:rsidR="00F10273" w:rsidRPr="00F53436">
        <w:rPr>
          <w:rFonts w:ascii="Georgia" w:hAnsi="Georgia" w:cstheme="majorHAnsi"/>
          <w:bCs/>
        </w:rPr>
        <w:t>2</w:t>
      </w:r>
      <w:r w:rsidR="002C2716" w:rsidRPr="00F53436">
        <w:rPr>
          <w:rFonts w:ascii="Georgia" w:hAnsi="Georgia" w:cstheme="majorHAnsi"/>
          <w:bCs/>
        </w:rPr>
        <w:t xml:space="preserve"> – June 2025                                            </w:t>
      </w:r>
    </w:p>
    <w:p w14:paraId="3A27DC71" w14:textId="0321EBB1" w:rsidR="00A7227E" w:rsidRPr="00F53436" w:rsidRDefault="00A7227E" w:rsidP="00A7227E">
      <w:pPr>
        <w:pStyle w:val="ListParagraph"/>
        <w:numPr>
          <w:ilvl w:val="0"/>
          <w:numId w:val="10"/>
        </w:numPr>
        <w:spacing w:after="160" w:line="259" w:lineRule="auto"/>
        <w:rPr>
          <w:rFonts w:ascii="Georgia" w:hAnsi="Georgia" w:cstheme="majorHAnsi"/>
        </w:rPr>
      </w:pPr>
      <w:r w:rsidRPr="00F53436">
        <w:rPr>
          <w:rFonts w:ascii="Georgia" w:hAnsi="Georgia" w:cstheme="majorHAnsi"/>
          <w:bCs/>
        </w:rPr>
        <w:t>Ensure</w:t>
      </w:r>
      <w:r w:rsidR="001F6F83" w:rsidRPr="00F53436">
        <w:rPr>
          <w:rFonts w:ascii="Georgia" w:hAnsi="Georgia" w:cstheme="majorHAnsi"/>
          <w:bCs/>
        </w:rPr>
        <w:t>d</w:t>
      </w:r>
      <w:r w:rsidRPr="00F53436">
        <w:rPr>
          <w:rFonts w:ascii="Georgia" w:hAnsi="Georgia" w:cstheme="majorHAnsi"/>
          <w:bCs/>
        </w:rPr>
        <w:t xml:space="preserve"> inventory is ordered, fresh, unpacked, and displayed efficiently   </w:t>
      </w:r>
    </w:p>
    <w:p w14:paraId="4749D9FF" w14:textId="475B9122" w:rsidR="003444F0" w:rsidRPr="00F53436" w:rsidRDefault="00A7227E" w:rsidP="00A7227E">
      <w:pPr>
        <w:pStyle w:val="ListParagraph"/>
        <w:numPr>
          <w:ilvl w:val="0"/>
          <w:numId w:val="10"/>
        </w:numPr>
        <w:spacing w:after="160" w:line="259" w:lineRule="auto"/>
        <w:rPr>
          <w:rFonts w:ascii="Georgia" w:hAnsi="Georgia" w:cstheme="majorHAnsi"/>
        </w:rPr>
      </w:pPr>
      <w:r w:rsidRPr="00F53436">
        <w:rPr>
          <w:rFonts w:ascii="Georgia" w:hAnsi="Georgia" w:cstheme="majorHAnsi"/>
        </w:rPr>
        <w:t>Utilize</w:t>
      </w:r>
      <w:r w:rsidR="001F6F83" w:rsidRPr="00F53436">
        <w:rPr>
          <w:rFonts w:ascii="Georgia" w:hAnsi="Georgia" w:cstheme="majorHAnsi"/>
        </w:rPr>
        <w:t>d</w:t>
      </w:r>
      <w:r w:rsidRPr="00F53436">
        <w:rPr>
          <w:rFonts w:ascii="Georgia" w:hAnsi="Georgia" w:cstheme="majorHAnsi"/>
        </w:rPr>
        <w:t xml:space="preserve"> inventory tracking system to ensure items are in stock daily and seasonally</w:t>
      </w:r>
    </w:p>
    <w:p w14:paraId="1CA497CC" w14:textId="1EDBA929" w:rsidR="00A75F38" w:rsidRPr="00F53436" w:rsidRDefault="00C34B19" w:rsidP="00A7227E">
      <w:pPr>
        <w:pStyle w:val="ListParagraph"/>
        <w:numPr>
          <w:ilvl w:val="0"/>
          <w:numId w:val="10"/>
        </w:numPr>
        <w:spacing w:after="160" w:line="259" w:lineRule="auto"/>
        <w:rPr>
          <w:rFonts w:ascii="Georgia" w:hAnsi="Georgia" w:cstheme="majorHAnsi"/>
        </w:rPr>
      </w:pPr>
      <w:r w:rsidRPr="00F53436">
        <w:rPr>
          <w:rFonts w:ascii="Georgia" w:hAnsi="Georgia" w:cstheme="majorHAnsi"/>
          <w:bCs/>
        </w:rPr>
        <w:t>Communicate</w:t>
      </w:r>
      <w:r w:rsidR="001F6F83" w:rsidRPr="00F53436">
        <w:rPr>
          <w:rFonts w:ascii="Georgia" w:hAnsi="Georgia" w:cstheme="majorHAnsi"/>
          <w:bCs/>
        </w:rPr>
        <w:t>d</w:t>
      </w:r>
      <w:r w:rsidRPr="00F53436">
        <w:rPr>
          <w:rFonts w:ascii="Georgia" w:hAnsi="Georgia" w:cstheme="majorHAnsi"/>
          <w:bCs/>
        </w:rPr>
        <w:t xml:space="preserve"> effectively with store managers and staff   </w:t>
      </w:r>
      <w:r w:rsidR="00A75F38" w:rsidRPr="00F53436">
        <w:rPr>
          <w:rFonts w:ascii="Georgia" w:hAnsi="Georgia" w:cstheme="majorHAnsi"/>
          <w:bCs/>
        </w:rPr>
        <w:t xml:space="preserve"> </w:t>
      </w:r>
    </w:p>
    <w:p w14:paraId="65CF333C" w14:textId="77777777" w:rsidR="004732C3" w:rsidRPr="00F53436" w:rsidRDefault="00A75F38" w:rsidP="003D5BAA">
      <w:pPr>
        <w:pStyle w:val="ListParagraph"/>
        <w:numPr>
          <w:ilvl w:val="0"/>
          <w:numId w:val="10"/>
        </w:numPr>
        <w:spacing w:after="160" w:line="259" w:lineRule="auto"/>
        <w:rPr>
          <w:rFonts w:ascii="Georgia" w:hAnsi="Georgia" w:cstheme="majorHAnsi"/>
        </w:rPr>
      </w:pPr>
      <w:r w:rsidRPr="00F53436">
        <w:rPr>
          <w:rFonts w:ascii="Georgia" w:hAnsi="Georgia" w:cstheme="majorHAnsi"/>
          <w:bCs/>
        </w:rPr>
        <w:t xml:space="preserve">Provided exceptional customer service to ensure pleasant shopping experience         </w:t>
      </w:r>
    </w:p>
    <w:p w14:paraId="02F6A2D4" w14:textId="77777777" w:rsidR="00241803" w:rsidRDefault="00A75F38" w:rsidP="00A84936">
      <w:pPr>
        <w:spacing w:line="240" w:lineRule="auto"/>
        <w:rPr>
          <w:rFonts w:ascii="Georgia" w:hAnsi="Georgia" w:cstheme="majorHAnsi"/>
          <w:bCs/>
        </w:rPr>
      </w:pPr>
      <w:r w:rsidRPr="00F53436">
        <w:rPr>
          <w:rFonts w:ascii="Georgia" w:hAnsi="Georgia" w:cstheme="majorHAnsi"/>
          <w:bCs/>
        </w:rPr>
        <w:t xml:space="preserve">      </w:t>
      </w:r>
      <w:r w:rsidR="00C34B19" w:rsidRPr="00F53436">
        <w:rPr>
          <w:rFonts w:ascii="Georgia" w:hAnsi="Georgia" w:cstheme="majorHAnsi"/>
          <w:bCs/>
        </w:rPr>
        <w:t xml:space="preserve">    </w:t>
      </w:r>
    </w:p>
    <w:p w14:paraId="3B9A5DEE" w14:textId="0286A863" w:rsidR="00375C0E" w:rsidRPr="00241803" w:rsidRDefault="004732C3" w:rsidP="00A84936">
      <w:pPr>
        <w:spacing w:line="240" w:lineRule="auto"/>
        <w:rPr>
          <w:rFonts w:ascii="Georgia" w:hAnsi="Georgia" w:cstheme="majorHAnsi"/>
          <w:bCs/>
        </w:rPr>
      </w:pPr>
      <w:r w:rsidRPr="00FB260B">
        <w:rPr>
          <w:rFonts w:ascii="Georgia" w:eastAsia="Times New Roman" w:hAnsi="Georgia" w:cs="Times New Roman"/>
          <w:b/>
          <w:bCs/>
          <w:color w:val="000000"/>
          <w:lang w:val="en"/>
        </w:rPr>
        <w:t>Volunteer Exper</w:t>
      </w:r>
      <w:r w:rsidR="00A84936" w:rsidRPr="00FB260B">
        <w:rPr>
          <w:rFonts w:ascii="Georgia" w:eastAsia="Times New Roman" w:hAnsi="Georgia" w:cs="Times New Roman"/>
          <w:b/>
          <w:bCs/>
          <w:color w:val="000000"/>
          <w:lang w:val="en"/>
        </w:rPr>
        <w:t>ience</w:t>
      </w:r>
    </w:p>
    <w:p w14:paraId="3C148604" w14:textId="6BC8996F" w:rsidR="00375C0E" w:rsidRPr="00FB260B" w:rsidRDefault="00375C0E" w:rsidP="00375C0E">
      <w:pPr>
        <w:spacing w:after="0" w:line="240" w:lineRule="auto"/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</w:pPr>
      <w:r w:rsidRPr="00FB260B">
        <w:rPr>
          <w:rFonts w:ascii="Georgia" w:eastAsia="Times New Roman" w:hAnsi="Georgia" w:cs="Times New Roman"/>
          <w:b/>
          <w:bCs/>
          <w:color w:val="000000"/>
          <w:lang w:val="en"/>
        </w:rPr>
        <w:t>SUNY Broome Student Activities</w:t>
      </w:r>
      <w:r w:rsidRPr="00FB260B">
        <w:rPr>
          <w:rFonts w:ascii="Georgia" w:hAnsi="Georgia" w:cstheme="majorHAnsi"/>
          <w:bCs/>
        </w:rPr>
        <w:t xml:space="preserve">  </w:t>
      </w:r>
      <w:r w:rsidRPr="00FB260B">
        <w:rPr>
          <w:rFonts w:ascii="Georgia" w:eastAsia="Times New Roman" w:hAnsi="Georgia" w:cs="Times New Roman"/>
          <w:b/>
          <w:bCs/>
          <w:color w:val="000000"/>
          <w:shd w:val="clear" w:color="auto" w:fill="FFFFFF"/>
          <w:lang w:val="en"/>
        </w:rPr>
        <w:t>Association</w:t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  <w:t xml:space="preserve">            2024 – Present</w:t>
      </w:r>
    </w:p>
    <w:p w14:paraId="290F4076" w14:textId="1400B934" w:rsidR="004732C3" w:rsidRPr="00FB260B" w:rsidRDefault="00375C0E" w:rsidP="00375C0E">
      <w:pPr>
        <w:pStyle w:val="ListParagraph"/>
        <w:numPr>
          <w:ilvl w:val="0"/>
          <w:numId w:val="33"/>
        </w:numPr>
        <w:spacing w:line="240" w:lineRule="auto"/>
        <w:rPr>
          <w:rFonts w:ascii="Georgia" w:eastAsia="Times New Roman" w:hAnsi="Georgia" w:cs="Times New Roman"/>
          <w:color w:val="000000"/>
          <w:lang w:val="en"/>
        </w:rPr>
      </w:pPr>
      <w:r w:rsidRPr="00FB260B">
        <w:rPr>
          <w:rFonts w:ascii="Georgia" w:eastAsia="Times New Roman" w:hAnsi="Georgia" w:cs="Times New Roman"/>
          <w:color w:val="000000"/>
          <w:lang w:val="en"/>
        </w:rPr>
        <w:t xml:space="preserve">Organize and </w:t>
      </w:r>
      <w:r w:rsidRPr="00FB260B">
        <w:rPr>
          <w:rFonts w:ascii="Georgia" w:eastAsia="Times New Roman" w:hAnsi="Georgia" w:cs="Times New Roman"/>
          <w:color w:val="000000"/>
        </w:rPr>
        <w:t>maintain the Hornet Hope Center Clothing Closet </w:t>
      </w:r>
    </w:p>
    <w:p w14:paraId="362B05A8" w14:textId="378F8D94" w:rsidR="001B30E8" w:rsidRPr="00FB260B" w:rsidRDefault="004732C3" w:rsidP="004732C3">
      <w:pPr>
        <w:spacing w:after="0" w:line="240" w:lineRule="auto"/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</w:pPr>
      <w:proofErr w:type="spellStart"/>
      <w:r w:rsidRPr="00FB260B">
        <w:rPr>
          <w:rFonts w:ascii="Georgia" w:eastAsia="Times New Roman" w:hAnsi="Georgia" w:cs="Times New Roman"/>
          <w:b/>
          <w:bCs/>
          <w:color w:val="000000"/>
          <w:shd w:val="clear" w:color="auto" w:fill="FFFFFF"/>
          <w:lang w:val="en"/>
        </w:rPr>
        <w:t>Nimmonsburg</w:t>
      </w:r>
      <w:proofErr w:type="spellEnd"/>
      <w:r w:rsidRPr="00FB260B">
        <w:rPr>
          <w:rFonts w:ascii="Georgia" w:eastAsia="Times New Roman" w:hAnsi="Georgia" w:cs="Times New Roman"/>
          <w:b/>
          <w:bCs/>
          <w:color w:val="000000"/>
          <w:shd w:val="clear" w:color="auto" w:fill="FFFFFF"/>
          <w:lang w:val="en"/>
        </w:rPr>
        <w:t> Youth Association</w:t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ab/>
        <w:t xml:space="preserve">            202</w:t>
      </w:r>
      <w:r w:rsidR="00A1068A"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>3</w:t>
      </w:r>
      <w:r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 xml:space="preserve"> </w:t>
      </w:r>
      <w:r w:rsidR="001B30E8"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>–</w:t>
      </w:r>
      <w:r w:rsidR="008252FD"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 xml:space="preserve"> </w:t>
      </w:r>
      <w:r w:rsidR="00AF0A9E" w:rsidRPr="00FB260B">
        <w:rPr>
          <w:rFonts w:ascii="Georgia" w:eastAsia="Times New Roman" w:hAnsi="Georgia" w:cs="Times New Roman"/>
          <w:color w:val="000000"/>
          <w:shd w:val="clear" w:color="auto" w:fill="FFFFFF"/>
          <w:lang w:val="en"/>
        </w:rPr>
        <w:t>Present</w:t>
      </w:r>
    </w:p>
    <w:p w14:paraId="503712C3" w14:textId="38CB88CC" w:rsidR="003979E8" w:rsidRPr="00FB260B" w:rsidRDefault="004732C3" w:rsidP="004732C3">
      <w:pPr>
        <w:pStyle w:val="ListParagraph"/>
        <w:numPr>
          <w:ilvl w:val="0"/>
          <w:numId w:val="33"/>
        </w:numPr>
        <w:spacing w:line="240" w:lineRule="auto"/>
        <w:rPr>
          <w:rFonts w:ascii="Georgia" w:eastAsia="Times New Roman" w:hAnsi="Georgia" w:cs="Times New Roman"/>
          <w:color w:val="000000"/>
          <w:lang w:val="en"/>
        </w:rPr>
      </w:pPr>
      <w:r w:rsidRPr="00FB260B">
        <w:rPr>
          <w:rFonts w:ascii="Georgia" w:eastAsia="Times New Roman" w:hAnsi="Georgia" w:cs="Times New Roman"/>
          <w:color w:val="000000"/>
          <w:lang w:val="en"/>
        </w:rPr>
        <w:t>Assistant Soccer Coach, ages 7-10</w:t>
      </w:r>
    </w:p>
    <w:p w14:paraId="535FBF57" w14:textId="29379813" w:rsidR="003979E8" w:rsidRPr="00FB260B" w:rsidRDefault="003979E8" w:rsidP="003979E8">
      <w:pPr>
        <w:spacing w:after="0" w:line="240" w:lineRule="auto"/>
        <w:rPr>
          <w:rFonts w:ascii="Georgia" w:eastAsia="Times New Roman" w:hAnsi="Georgia" w:cs="Times New Roman"/>
          <w:color w:val="000000"/>
          <w:lang w:val="en"/>
        </w:rPr>
      </w:pPr>
      <w:r w:rsidRPr="00FB260B">
        <w:rPr>
          <w:rFonts w:ascii="Georgia" w:eastAsia="Times New Roman" w:hAnsi="Georgia" w:cs="Times New Roman"/>
          <w:b/>
          <w:bCs/>
          <w:color w:val="000000"/>
          <w:lang w:val="en"/>
        </w:rPr>
        <w:t>Binghamton City School District</w:t>
      </w:r>
      <w:r w:rsidRPr="00FB260B">
        <w:rPr>
          <w:rFonts w:ascii="Georgia" w:eastAsia="Times New Roman" w:hAnsi="Georgia" w:cs="Times New Roman"/>
          <w:color w:val="000000"/>
          <w:lang w:val="en"/>
        </w:rPr>
        <w:t xml:space="preserve"> </w:t>
      </w:r>
      <w:r w:rsidRPr="00FB260B">
        <w:rPr>
          <w:rFonts w:ascii="Georgia" w:eastAsia="Times New Roman" w:hAnsi="Georgia" w:cs="Times New Roman"/>
          <w:color w:val="000000"/>
          <w:lang w:val="en"/>
        </w:rPr>
        <w:tab/>
      </w:r>
      <w:r w:rsidRPr="00FB260B">
        <w:rPr>
          <w:rFonts w:ascii="Georgia" w:eastAsia="Times New Roman" w:hAnsi="Georgia" w:cs="Times New Roman"/>
          <w:color w:val="000000"/>
          <w:lang w:val="en"/>
        </w:rPr>
        <w:tab/>
        <w:t xml:space="preserve">                                                     2022 – Present</w:t>
      </w:r>
    </w:p>
    <w:p w14:paraId="6805C135" w14:textId="4CC71EC1" w:rsidR="003979E8" w:rsidRPr="00FB260B" w:rsidRDefault="003979E8" w:rsidP="003979E8">
      <w:pPr>
        <w:spacing w:after="0" w:line="240" w:lineRule="auto"/>
        <w:rPr>
          <w:rFonts w:ascii="Georgia" w:eastAsia="Times New Roman" w:hAnsi="Georgia" w:cs="Times New Roman"/>
          <w:color w:val="000000"/>
          <w:lang w:val="en"/>
        </w:rPr>
      </w:pPr>
      <w:r w:rsidRPr="00FB260B">
        <w:rPr>
          <w:rFonts w:ascii="Georgia" w:eastAsia="Times New Roman" w:hAnsi="Georgia" w:cs="Times New Roman"/>
          <w:color w:val="000000"/>
          <w:lang w:val="en"/>
        </w:rPr>
        <w:t>M</w:t>
      </w:r>
      <w:r w:rsidR="008F6399" w:rsidRPr="00FB260B">
        <w:rPr>
          <w:rFonts w:ascii="Georgia" w:eastAsia="Times New Roman" w:hAnsi="Georgia" w:cs="Times New Roman"/>
          <w:color w:val="000000"/>
          <w:lang w:val="en"/>
        </w:rPr>
        <w:t>a</w:t>
      </w:r>
      <w:r w:rsidRPr="00FB260B">
        <w:rPr>
          <w:rFonts w:ascii="Georgia" w:eastAsia="Times New Roman" w:hAnsi="Georgia" w:cs="Times New Roman"/>
          <w:color w:val="000000"/>
          <w:lang w:val="en"/>
        </w:rPr>
        <w:t>c</w:t>
      </w:r>
      <w:r w:rsidR="008F6399" w:rsidRPr="00FB260B">
        <w:rPr>
          <w:rFonts w:ascii="Georgia" w:eastAsia="Times New Roman" w:hAnsi="Georgia" w:cs="Times New Roman"/>
          <w:color w:val="000000"/>
          <w:lang w:val="en"/>
        </w:rPr>
        <w:t>A</w:t>
      </w:r>
      <w:r w:rsidRPr="00FB260B">
        <w:rPr>
          <w:rFonts w:ascii="Georgia" w:eastAsia="Times New Roman" w:hAnsi="Georgia" w:cs="Times New Roman"/>
          <w:color w:val="000000"/>
          <w:lang w:val="en"/>
        </w:rPr>
        <w:t xml:space="preserve">rthur Elementary School Classroom Volunteer </w:t>
      </w:r>
    </w:p>
    <w:p w14:paraId="3F9D4D73" w14:textId="77777777" w:rsidR="003979E8" w:rsidRPr="00FB260B" w:rsidRDefault="003979E8" w:rsidP="003979E8">
      <w:pPr>
        <w:numPr>
          <w:ilvl w:val="0"/>
          <w:numId w:val="33"/>
        </w:numPr>
        <w:spacing w:after="0" w:line="240" w:lineRule="auto"/>
        <w:contextualSpacing/>
        <w:rPr>
          <w:rFonts w:ascii="Georgia" w:eastAsia="Times New Roman" w:hAnsi="Georgia" w:cs="Times New Roman"/>
          <w:color w:val="000000"/>
        </w:rPr>
      </w:pPr>
      <w:r w:rsidRPr="00FB260B">
        <w:rPr>
          <w:rFonts w:ascii="Georgia" w:eastAsia="Times New Roman" w:hAnsi="Georgia" w:cs="Times New Roman"/>
          <w:color w:val="000000"/>
        </w:rPr>
        <w:t>Coordinated classroom events and celebrations</w:t>
      </w:r>
    </w:p>
    <w:p w14:paraId="1C0E910F" w14:textId="77777777" w:rsidR="00375C0E" w:rsidRPr="00FB260B" w:rsidRDefault="003979E8" w:rsidP="008F6399">
      <w:pPr>
        <w:numPr>
          <w:ilvl w:val="0"/>
          <w:numId w:val="33"/>
        </w:numPr>
        <w:spacing w:after="0" w:line="240" w:lineRule="auto"/>
        <w:contextualSpacing/>
        <w:rPr>
          <w:rFonts w:ascii="Georgia" w:eastAsia="Times New Roman" w:hAnsi="Georgia" w:cs="Times New Roman"/>
          <w:color w:val="000000"/>
        </w:rPr>
      </w:pPr>
      <w:r w:rsidRPr="00FB260B">
        <w:rPr>
          <w:rFonts w:ascii="Georgia" w:eastAsia="Times New Roman" w:hAnsi="Georgia" w:cs="Times New Roman"/>
          <w:color w:val="000000"/>
        </w:rPr>
        <w:t>Organized fundraisers and student recogn</w:t>
      </w:r>
      <w:r w:rsidR="008F6399" w:rsidRPr="00FB260B">
        <w:rPr>
          <w:rFonts w:ascii="Georgia" w:eastAsia="Times New Roman" w:hAnsi="Georgia" w:cs="Times New Roman"/>
          <w:color w:val="000000"/>
        </w:rPr>
        <w:t>ition events</w:t>
      </w:r>
      <w:r w:rsidR="00C34B19" w:rsidRPr="00FB260B">
        <w:rPr>
          <w:rFonts w:ascii="Georgia" w:hAnsi="Georgia" w:cstheme="majorHAnsi"/>
          <w:bCs/>
        </w:rPr>
        <w:t xml:space="preserve">            </w:t>
      </w:r>
    </w:p>
    <w:p w14:paraId="1FA251CA" w14:textId="77777777" w:rsidR="00375C0E" w:rsidRDefault="00375C0E" w:rsidP="00375C0E">
      <w:pPr>
        <w:spacing w:after="0" w:line="240" w:lineRule="auto"/>
        <w:contextualSpacing/>
        <w:rPr>
          <w:rFonts w:ascii="Georgia" w:hAnsi="Georgia" w:cstheme="majorHAnsi"/>
          <w:bCs/>
        </w:rPr>
      </w:pPr>
    </w:p>
    <w:p w14:paraId="76EC6E2D" w14:textId="77777777" w:rsidR="00375C0E" w:rsidRDefault="00375C0E" w:rsidP="00375C0E">
      <w:pPr>
        <w:spacing w:after="0" w:line="240" w:lineRule="auto"/>
        <w:contextualSpacing/>
        <w:rPr>
          <w:rFonts w:ascii="Georgia" w:hAnsi="Georgia" w:cstheme="majorHAnsi"/>
          <w:bCs/>
        </w:rPr>
      </w:pPr>
    </w:p>
    <w:p w14:paraId="15C4979F" w14:textId="1BD5F396" w:rsidR="002A717E" w:rsidRPr="00F53436" w:rsidRDefault="00C34B19" w:rsidP="00375C0E">
      <w:pPr>
        <w:spacing w:after="0" w:line="240" w:lineRule="auto"/>
        <w:contextualSpacing/>
        <w:rPr>
          <w:rFonts w:ascii="Georgia" w:eastAsia="Times New Roman" w:hAnsi="Georgia" w:cs="Times New Roman"/>
          <w:color w:val="000000"/>
        </w:rPr>
      </w:pPr>
      <w:r w:rsidRPr="00F53436">
        <w:rPr>
          <w:rFonts w:ascii="Georgia" w:hAnsi="Georgia" w:cstheme="majorHAnsi"/>
          <w:bCs/>
        </w:rPr>
        <w:t xml:space="preserve">       </w:t>
      </w:r>
      <w:r w:rsidR="00A75F38" w:rsidRPr="00F53436">
        <w:rPr>
          <w:rFonts w:ascii="Georgia" w:hAnsi="Georgia" w:cstheme="majorHAnsi"/>
          <w:bCs/>
        </w:rPr>
        <w:t xml:space="preserve"> </w:t>
      </w:r>
    </w:p>
    <w:p w14:paraId="0E8905CD" w14:textId="39B05108" w:rsidR="00805385" w:rsidRPr="00F53436" w:rsidRDefault="00805385" w:rsidP="004732C3">
      <w:pPr>
        <w:spacing w:after="160" w:line="259" w:lineRule="auto"/>
        <w:rPr>
          <w:rFonts w:ascii="Georgia" w:hAnsi="Georgia" w:cstheme="majorHAnsi"/>
          <w:bCs/>
        </w:rPr>
      </w:pPr>
    </w:p>
    <w:p w14:paraId="3C21654A" w14:textId="6837A95D" w:rsidR="00805385" w:rsidRPr="00F53436" w:rsidRDefault="00805385" w:rsidP="004732C3">
      <w:pPr>
        <w:spacing w:after="160" w:line="259" w:lineRule="auto"/>
        <w:rPr>
          <w:rFonts w:ascii="Georgia" w:hAnsi="Georgia" w:cstheme="majorHAnsi"/>
          <w:bCs/>
        </w:rPr>
      </w:pPr>
    </w:p>
    <w:p w14:paraId="3A693AB0" w14:textId="71FD4CF9" w:rsidR="00805385" w:rsidRPr="00F53436" w:rsidRDefault="00805385" w:rsidP="004732C3">
      <w:pPr>
        <w:spacing w:after="160" w:line="259" w:lineRule="auto"/>
        <w:rPr>
          <w:rFonts w:ascii="Georgia" w:hAnsi="Georgia" w:cstheme="majorHAnsi"/>
          <w:bCs/>
        </w:rPr>
      </w:pPr>
    </w:p>
    <w:p w14:paraId="7C1475AA" w14:textId="37F2E30F" w:rsidR="00805385" w:rsidRPr="00F53436" w:rsidRDefault="00805385" w:rsidP="004732C3">
      <w:pPr>
        <w:spacing w:after="160" w:line="259" w:lineRule="auto"/>
        <w:rPr>
          <w:rFonts w:ascii="Georgia" w:hAnsi="Georgia" w:cstheme="majorHAnsi"/>
          <w:bCs/>
          <w:sz w:val="24"/>
          <w:szCs w:val="24"/>
        </w:rPr>
      </w:pPr>
    </w:p>
    <w:p w14:paraId="7BFD8A4A" w14:textId="48AF42E7" w:rsidR="00805385" w:rsidRPr="00F53436" w:rsidRDefault="00805385" w:rsidP="004732C3">
      <w:pPr>
        <w:spacing w:after="160" w:line="259" w:lineRule="auto"/>
        <w:rPr>
          <w:rFonts w:ascii="Georgia" w:hAnsi="Georgia" w:cstheme="majorHAnsi"/>
          <w:bCs/>
          <w:sz w:val="24"/>
          <w:szCs w:val="24"/>
        </w:rPr>
      </w:pPr>
    </w:p>
    <w:p w14:paraId="15229BE3" w14:textId="77777777" w:rsidR="008F6399" w:rsidRPr="00F53436" w:rsidRDefault="00805385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  <w:r w:rsidRPr="00F53436">
        <w:rPr>
          <w:rFonts w:ascii="Georgia" w:eastAsia="Times New Roman" w:hAnsi="Georgia" w:cs="Times New Roman"/>
          <w:i/>
          <w:iCs/>
          <w:color w:val="000000"/>
          <w:lang w:val="en"/>
        </w:rPr>
        <w:t xml:space="preserve">  </w:t>
      </w:r>
    </w:p>
    <w:p w14:paraId="327F9DB6" w14:textId="77777777" w:rsidR="008F6399" w:rsidRPr="00F53436" w:rsidRDefault="008F6399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</w:p>
    <w:p w14:paraId="6E8E0442" w14:textId="77777777" w:rsidR="008F6399" w:rsidRPr="00F53436" w:rsidRDefault="008F6399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</w:p>
    <w:p w14:paraId="78D483EC" w14:textId="77777777" w:rsidR="008F6399" w:rsidRDefault="008F6399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</w:p>
    <w:p w14:paraId="2A254CBB" w14:textId="77777777" w:rsidR="008F6399" w:rsidRDefault="008F6399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</w:p>
    <w:p w14:paraId="5DD2D47D" w14:textId="77777777" w:rsidR="008F6399" w:rsidRDefault="008F6399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color w:val="000000"/>
          <w:lang w:val="en"/>
        </w:rPr>
      </w:pPr>
    </w:p>
    <w:p w14:paraId="06A661E0" w14:textId="73FD7733" w:rsidR="00805385" w:rsidRPr="00805385" w:rsidRDefault="00805385" w:rsidP="00805385">
      <w:pPr>
        <w:spacing w:line="240" w:lineRule="auto"/>
        <w:ind w:left="7920"/>
        <w:rPr>
          <w:rFonts w:ascii="Georgia" w:eastAsia="Times New Roman" w:hAnsi="Georgia" w:cs="Times New Roman"/>
          <w:i/>
          <w:iCs/>
          <w:lang w:val="en"/>
        </w:rPr>
      </w:pPr>
      <w:r w:rsidRPr="00805385">
        <w:rPr>
          <w:rFonts w:ascii="Georgia" w:eastAsia="Times New Roman" w:hAnsi="Georgia" w:cs="Times New Roman"/>
          <w:i/>
          <w:iCs/>
          <w:color w:val="000000"/>
          <w:lang w:val="en"/>
        </w:rPr>
        <w:t xml:space="preserve">Stinger </w:t>
      </w:r>
      <w:r w:rsidRPr="00805385">
        <w:rPr>
          <w:rFonts w:ascii="Georgia" w:eastAsia="Times New Roman" w:hAnsi="Georgia" w:cs="Times New Roman"/>
          <w:i/>
          <w:iCs/>
          <w:sz w:val="20"/>
          <w:szCs w:val="20"/>
          <w:lang w:val="en"/>
        </w:rPr>
        <w:t>2 0f 2</w:t>
      </w:r>
    </w:p>
    <w:sectPr w:rsidR="00805385" w:rsidRPr="00805385" w:rsidSect="0072579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A593C"/>
    <w:multiLevelType w:val="hybridMultilevel"/>
    <w:tmpl w:val="5C220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1D45E7"/>
    <w:multiLevelType w:val="hybridMultilevel"/>
    <w:tmpl w:val="BDFE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61033"/>
    <w:multiLevelType w:val="multilevel"/>
    <w:tmpl w:val="4FF2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BE513F"/>
    <w:multiLevelType w:val="hybridMultilevel"/>
    <w:tmpl w:val="8AFED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3C7CDC"/>
    <w:multiLevelType w:val="hybridMultilevel"/>
    <w:tmpl w:val="8D22D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A2471D"/>
    <w:multiLevelType w:val="hybridMultilevel"/>
    <w:tmpl w:val="CF440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6A1521"/>
    <w:multiLevelType w:val="hybridMultilevel"/>
    <w:tmpl w:val="831C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4A7758"/>
    <w:multiLevelType w:val="hybridMultilevel"/>
    <w:tmpl w:val="571C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07D09"/>
    <w:multiLevelType w:val="multilevel"/>
    <w:tmpl w:val="0858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B73AB9"/>
    <w:multiLevelType w:val="hybridMultilevel"/>
    <w:tmpl w:val="4D203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84F19"/>
    <w:multiLevelType w:val="hybridMultilevel"/>
    <w:tmpl w:val="8168E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1501B"/>
    <w:multiLevelType w:val="hybridMultilevel"/>
    <w:tmpl w:val="B42CA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A17F3"/>
    <w:multiLevelType w:val="hybridMultilevel"/>
    <w:tmpl w:val="1A2EAC7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2" w15:restartNumberingAfterBreak="0">
    <w:nsid w:val="3FE20387"/>
    <w:multiLevelType w:val="multilevel"/>
    <w:tmpl w:val="25CC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E03E07"/>
    <w:multiLevelType w:val="hybridMultilevel"/>
    <w:tmpl w:val="9D4C0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37484"/>
    <w:multiLevelType w:val="hybridMultilevel"/>
    <w:tmpl w:val="63507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80E1B"/>
    <w:multiLevelType w:val="hybridMultilevel"/>
    <w:tmpl w:val="ACE69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842D4"/>
    <w:multiLevelType w:val="hybridMultilevel"/>
    <w:tmpl w:val="0086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885095"/>
    <w:multiLevelType w:val="hybridMultilevel"/>
    <w:tmpl w:val="2F4E4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717CC9"/>
    <w:multiLevelType w:val="multilevel"/>
    <w:tmpl w:val="02E6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5C5FBE"/>
    <w:multiLevelType w:val="hybridMultilevel"/>
    <w:tmpl w:val="A356B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916ECC"/>
    <w:multiLevelType w:val="hybridMultilevel"/>
    <w:tmpl w:val="D386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82DF7"/>
    <w:multiLevelType w:val="hybridMultilevel"/>
    <w:tmpl w:val="1C52B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C6FF3"/>
    <w:multiLevelType w:val="hybridMultilevel"/>
    <w:tmpl w:val="40545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A287F"/>
    <w:multiLevelType w:val="multilevel"/>
    <w:tmpl w:val="B9EA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D0A82"/>
    <w:multiLevelType w:val="hybridMultilevel"/>
    <w:tmpl w:val="A0182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595CE5"/>
    <w:multiLevelType w:val="hybridMultilevel"/>
    <w:tmpl w:val="72440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125AE"/>
    <w:multiLevelType w:val="multilevel"/>
    <w:tmpl w:val="5B48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4"/>
  </w:num>
  <w:num w:numId="12">
    <w:abstractNumId w:val="19"/>
  </w:num>
  <w:num w:numId="13">
    <w:abstractNumId w:val="15"/>
  </w:num>
  <w:num w:numId="14">
    <w:abstractNumId w:val="31"/>
  </w:num>
  <w:num w:numId="15">
    <w:abstractNumId w:val="10"/>
  </w:num>
  <w:num w:numId="16">
    <w:abstractNumId w:val="17"/>
  </w:num>
  <w:num w:numId="17">
    <w:abstractNumId w:val="11"/>
  </w:num>
  <w:num w:numId="18">
    <w:abstractNumId w:val="36"/>
  </w:num>
  <w:num w:numId="19">
    <w:abstractNumId w:val="33"/>
  </w:num>
  <w:num w:numId="20">
    <w:abstractNumId w:val="35"/>
  </w:num>
  <w:num w:numId="21">
    <w:abstractNumId w:val="21"/>
  </w:num>
  <w:num w:numId="22">
    <w:abstractNumId w:val="29"/>
  </w:num>
  <w:num w:numId="23">
    <w:abstractNumId w:val="27"/>
  </w:num>
  <w:num w:numId="24">
    <w:abstractNumId w:val="28"/>
  </w:num>
  <w:num w:numId="25">
    <w:abstractNumId w:val="23"/>
  </w:num>
  <w:num w:numId="26">
    <w:abstractNumId w:val="30"/>
  </w:num>
  <w:num w:numId="27">
    <w:abstractNumId w:val="32"/>
  </w:num>
  <w:num w:numId="28">
    <w:abstractNumId w:val="16"/>
  </w:num>
  <w:num w:numId="29">
    <w:abstractNumId w:val="9"/>
  </w:num>
  <w:num w:numId="30">
    <w:abstractNumId w:val="13"/>
  </w:num>
  <w:num w:numId="31">
    <w:abstractNumId w:val="20"/>
  </w:num>
  <w:num w:numId="32">
    <w:abstractNumId w:val="24"/>
  </w:num>
  <w:num w:numId="33">
    <w:abstractNumId w:val="18"/>
  </w:num>
  <w:num w:numId="34">
    <w:abstractNumId w:val="22"/>
  </w:num>
  <w:num w:numId="35">
    <w:abstractNumId w:val="34"/>
  </w:num>
  <w:num w:numId="36">
    <w:abstractNumId w:val="34"/>
  </w:num>
  <w:num w:numId="37">
    <w:abstractNumId w:val="26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382"/>
    <w:rsid w:val="00034616"/>
    <w:rsid w:val="00050A37"/>
    <w:rsid w:val="0006063C"/>
    <w:rsid w:val="000A2411"/>
    <w:rsid w:val="000C12A9"/>
    <w:rsid w:val="000D16D8"/>
    <w:rsid w:val="00105CB6"/>
    <w:rsid w:val="001254C8"/>
    <w:rsid w:val="00132EBD"/>
    <w:rsid w:val="001374D6"/>
    <w:rsid w:val="001424DD"/>
    <w:rsid w:val="00145BCD"/>
    <w:rsid w:val="0015074B"/>
    <w:rsid w:val="001601F2"/>
    <w:rsid w:val="00172968"/>
    <w:rsid w:val="00190187"/>
    <w:rsid w:val="001932D0"/>
    <w:rsid w:val="001B30E8"/>
    <w:rsid w:val="001C392C"/>
    <w:rsid w:val="001C39A2"/>
    <w:rsid w:val="001E2362"/>
    <w:rsid w:val="001F6F83"/>
    <w:rsid w:val="00210361"/>
    <w:rsid w:val="00223BA9"/>
    <w:rsid w:val="00224FD0"/>
    <w:rsid w:val="0023794F"/>
    <w:rsid w:val="002407E8"/>
    <w:rsid w:val="00241803"/>
    <w:rsid w:val="002640BE"/>
    <w:rsid w:val="00274F30"/>
    <w:rsid w:val="00285CF5"/>
    <w:rsid w:val="0029639D"/>
    <w:rsid w:val="002A0393"/>
    <w:rsid w:val="002A717E"/>
    <w:rsid w:val="002C03C5"/>
    <w:rsid w:val="002C2716"/>
    <w:rsid w:val="002E78AF"/>
    <w:rsid w:val="002F7157"/>
    <w:rsid w:val="00301B72"/>
    <w:rsid w:val="00321171"/>
    <w:rsid w:val="00326F90"/>
    <w:rsid w:val="00337345"/>
    <w:rsid w:val="003444F0"/>
    <w:rsid w:val="00367AC3"/>
    <w:rsid w:val="003711E1"/>
    <w:rsid w:val="00375C0E"/>
    <w:rsid w:val="00381814"/>
    <w:rsid w:val="00387DF8"/>
    <w:rsid w:val="003936D9"/>
    <w:rsid w:val="003979E8"/>
    <w:rsid w:val="003D5BAA"/>
    <w:rsid w:val="003F51AD"/>
    <w:rsid w:val="003F53EE"/>
    <w:rsid w:val="00442F25"/>
    <w:rsid w:val="00444CCA"/>
    <w:rsid w:val="00447130"/>
    <w:rsid w:val="00452E26"/>
    <w:rsid w:val="00462515"/>
    <w:rsid w:val="004647B9"/>
    <w:rsid w:val="004732C3"/>
    <w:rsid w:val="00480CD5"/>
    <w:rsid w:val="004A0227"/>
    <w:rsid w:val="004B3082"/>
    <w:rsid w:val="004D3448"/>
    <w:rsid w:val="004E1E53"/>
    <w:rsid w:val="004E73FF"/>
    <w:rsid w:val="00506150"/>
    <w:rsid w:val="00535E24"/>
    <w:rsid w:val="00592B07"/>
    <w:rsid w:val="0059710F"/>
    <w:rsid w:val="005B7813"/>
    <w:rsid w:val="005D22F7"/>
    <w:rsid w:val="005E5589"/>
    <w:rsid w:val="005F39EC"/>
    <w:rsid w:val="00610761"/>
    <w:rsid w:val="00617392"/>
    <w:rsid w:val="006236AB"/>
    <w:rsid w:val="00631BC8"/>
    <w:rsid w:val="00634D30"/>
    <w:rsid w:val="0063504F"/>
    <w:rsid w:val="00651EDE"/>
    <w:rsid w:val="006B360A"/>
    <w:rsid w:val="006C400C"/>
    <w:rsid w:val="006D6AFB"/>
    <w:rsid w:val="006E3311"/>
    <w:rsid w:val="00717DC6"/>
    <w:rsid w:val="00725795"/>
    <w:rsid w:val="0077218A"/>
    <w:rsid w:val="00780741"/>
    <w:rsid w:val="00780EAC"/>
    <w:rsid w:val="00792886"/>
    <w:rsid w:val="007A0A43"/>
    <w:rsid w:val="007A24C2"/>
    <w:rsid w:val="007D2F05"/>
    <w:rsid w:val="007D6281"/>
    <w:rsid w:val="007E4636"/>
    <w:rsid w:val="00805385"/>
    <w:rsid w:val="00807131"/>
    <w:rsid w:val="008239A7"/>
    <w:rsid w:val="008252FD"/>
    <w:rsid w:val="00826212"/>
    <w:rsid w:val="008347B8"/>
    <w:rsid w:val="0084407E"/>
    <w:rsid w:val="00867BA3"/>
    <w:rsid w:val="008C14CD"/>
    <w:rsid w:val="008D1E46"/>
    <w:rsid w:val="008E3A37"/>
    <w:rsid w:val="008F6399"/>
    <w:rsid w:val="00902DC7"/>
    <w:rsid w:val="00971B66"/>
    <w:rsid w:val="00993C1A"/>
    <w:rsid w:val="009C0650"/>
    <w:rsid w:val="009E5516"/>
    <w:rsid w:val="00A1068A"/>
    <w:rsid w:val="00A53B7C"/>
    <w:rsid w:val="00A53C02"/>
    <w:rsid w:val="00A5467C"/>
    <w:rsid w:val="00A7227E"/>
    <w:rsid w:val="00A75F38"/>
    <w:rsid w:val="00A84936"/>
    <w:rsid w:val="00A86510"/>
    <w:rsid w:val="00AA1D8D"/>
    <w:rsid w:val="00AC752A"/>
    <w:rsid w:val="00AC78BF"/>
    <w:rsid w:val="00AE01B1"/>
    <w:rsid w:val="00AF0A9E"/>
    <w:rsid w:val="00B112FC"/>
    <w:rsid w:val="00B47730"/>
    <w:rsid w:val="00B6035B"/>
    <w:rsid w:val="00B63D24"/>
    <w:rsid w:val="00B6678A"/>
    <w:rsid w:val="00B674C6"/>
    <w:rsid w:val="00B67D54"/>
    <w:rsid w:val="00B7783A"/>
    <w:rsid w:val="00B85DBE"/>
    <w:rsid w:val="00BA3E89"/>
    <w:rsid w:val="00BD46A8"/>
    <w:rsid w:val="00C26810"/>
    <w:rsid w:val="00C30422"/>
    <w:rsid w:val="00C34B19"/>
    <w:rsid w:val="00C56090"/>
    <w:rsid w:val="00C56BC3"/>
    <w:rsid w:val="00C56D3E"/>
    <w:rsid w:val="00C7405E"/>
    <w:rsid w:val="00CB0664"/>
    <w:rsid w:val="00CB393C"/>
    <w:rsid w:val="00CD62FD"/>
    <w:rsid w:val="00CD6AD1"/>
    <w:rsid w:val="00D13F85"/>
    <w:rsid w:val="00D3619A"/>
    <w:rsid w:val="00D6313D"/>
    <w:rsid w:val="00D669D0"/>
    <w:rsid w:val="00D82459"/>
    <w:rsid w:val="00DE6678"/>
    <w:rsid w:val="00E15273"/>
    <w:rsid w:val="00E36AC4"/>
    <w:rsid w:val="00E4278C"/>
    <w:rsid w:val="00E54F68"/>
    <w:rsid w:val="00E8043E"/>
    <w:rsid w:val="00E84F68"/>
    <w:rsid w:val="00E86FA7"/>
    <w:rsid w:val="00EC76C3"/>
    <w:rsid w:val="00EE3343"/>
    <w:rsid w:val="00F052EB"/>
    <w:rsid w:val="00F10273"/>
    <w:rsid w:val="00F11F78"/>
    <w:rsid w:val="00F364EB"/>
    <w:rsid w:val="00F3753A"/>
    <w:rsid w:val="00F53436"/>
    <w:rsid w:val="00F63E9F"/>
    <w:rsid w:val="00FB260B"/>
    <w:rsid w:val="00FB4F6C"/>
    <w:rsid w:val="00FC52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5D1F1"/>
  <w14:defaultImageDpi w14:val="300"/>
  <w15:docId w15:val="{130384A8-D470-4E33-A17D-8E2CB040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112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2FC"/>
    <w:rPr>
      <w:color w:val="605E5C"/>
      <w:shd w:val="clear" w:color="auto" w:fill="E1DFDD"/>
    </w:rPr>
  </w:style>
  <w:style w:type="paragraph" w:customStyle="1" w:styleId="acalog-course">
    <w:name w:val="acalog-course"/>
    <w:basedOn w:val="Normal"/>
    <w:rsid w:val="00CD6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4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ild-item">
    <w:name w:val="child-item"/>
    <w:basedOn w:val="Normal"/>
    <w:rsid w:val="008F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Spence-Attleson, Anastasia E</cp:lastModifiedBy>
  <cp:revision>3</cp:revision>
  <cp:lastPrinted>2026-02-24T17:43:00Z</cp:lastPrinted>
  <dcterms:created xsi:type="dcterms:W3CDTF">2026-08-25T15:34:00Z</dcterms:created>
  <dcterms:modified xsi:type="dcterms:W3CDTF">2026-08-25T15:52:00Z</dcterms:modified>
  <cp:category/>
</cp:coreProperties>
</file>